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56C1" w14:textId="77777777" w:rsidR="002C6B12" w:rsidRPr="007825E1" w:rsidRDefault="007825E1">
      <w:pPr>
        <w:spacing w:after="0"/>
        <w:jc w:val="center"/>
        <w:rPr>
          <w:bCs/>
        </w:rPr>
      </w:pPr>
      <w:r w:rsidRPr="007825E1">
        <w:rPr>
          <w:bCs/>
          <w:sz w:val="23"/>
        </w:rPr>
        <w:t>Základní škola a Mateřská škola Březolupy,</w:t>
      </w:r>
    </w:p>
    <w:p w14:paraId="6B032A03" w14:textId="77777777" w:rsidR="002C6B12" w:rsidRPr="007825E1" w:rsidRDefault="007825E1">
      <w:pPr>
        <w:spacing w:after="0"/>
        <w:jc w:val="center"/>
        <w:rPr>
          <w:bCs/>
        </w:rPr>
      </w:pPr>
      <w:r w:rsidRPr="007825E1">
        <w:rPr>
          <w:bCs/>
          <w:sz w:val="23"/>
        </w:rPr>
        <w:t>okres Uherské Hradiště, příspěvková organizace</w:t>
      </w:r>
    </w:p>
    <w:p w14:paraId="736FB7B0" w14:textId="1037EE67" w:rsidR="002C6B12" w:rsidRPr="007825E1" w:rsidRDefault="007825E1">
      <w:pPr>
        <w:spacing w:after="100"/>
        <w:jc w:val="center"/>
        <w:rPr>
          <w:bCs/>
        </w:rPr>
      </w:pPr>
      <w:r w:rsidRPr="007825E1">
        <w:rPr>
          <w:bCs/>
          <w:sz w:val="18"/>
        </w:rPr>
        <w:t xml:space="preserve">Březolupy 134, 687 13 </w:t>
      </w:r>
      <w:proofErr w:type="spellStart"/>
      <w:r w:rsidRPr="007825E1">
        <w:rPr>
          <w:bCs/>
          <w:sz w:val="18"/>
        </w:rPr>
        <w:t>Březolupy</w:t>
      </w:r>
      <w:proofErr w:type="spellEnd"/>
      <w:r>
        <w:rPr>
          <w:bCs/>
          <w:sz w:val="18"/>
        </w:rPr>
        <w:t>,</w:t>
      </w:r>
      <w:r w:rsidRPr="007825E1">
        <w:rPr>
          <w:bCs/>
          <w:sz w:val="18"/>
        </w:rPr>
        <w:t xml:space="preserve"> IČO: 75020491</w:t>
      </w:r>
    </w:p>
    <w:p w14:paraId="1FE6CBDB" w14:textId="77777777" w:rsidR="002C6B12" w:rsidRDefault="007825E1">
      <w:pPr>
        <w:spacing w:after="0"/>
        <w:jc w:val="center"/>
      </w:pPr>
      <w:r>
        <w:rPr>
          <w:b/>
          <w:sz w:val="30"/>
        </w:rPr>
        <w:t>ZÁPISNÍ LÍSTEK DO ŠKOLNÍ DRUŽINY</w:t>
      </w:r>
    </w:p>
    <w:p w14:paraId="74276034" w14:textId="77777777" w:rsidR="002C6B12" w:rsidRDefault="007825E1">
      <w:pPr>
        <w:spacing w:after="120"/>
        <w:jc w:val="center"/>
      </w:pPr>
      <w:r>
        <w:rPr>
          <w:b/>
          <w:sz w:val="22"/>
        </w:rPr>
        <w:t>pro školní rok 20____ / 20____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603"/>
        <w:gridCol w:w="2604"/>
        <w:gridCol w:w="2605"/>
        <w:gridCol w:w="2604"/>
      </w:tblGrid>
      <w:tr w:rsidR="002C6B12" w14:paraId="1F9B324F" w14:textId="77777777">
        <w:trPr>
          <w:trHeight w:val="425"/>
          <w:jc w:val="center"/>
        </w:trPr>
        <w:tc>
          <w:tcPr>
            <w:tcW w:w="2606" w:type="dxa"/>
            <w:vAlign w:val="center"/>
          </w:tcPr>
          <w:p w14:paraId="25A2AE51" w14:textId="77777777" w:rsidR="002C6B12" w:rsidRDefault="007825E1">
            <w:r>
              <w:rPr>
                <w:b/>
                <w:sz w:val="17"/>
              </w:rPr>
              <w:t>Příjmení a jméno dítěte:</w:t>
            </w:r>
          </w:p>
        </w:tc>
        <w:tc>
          <w:tcPr>
            <w:tcW w:w="2606" w:type="dxa"/>
            <w:vAlign w:val="center"/>
          </w:tcPr>
          <w:p w14:paraId="6D0623FA" w14:textId="77777777" w:rsidR="002C6B12" w:rsidRDefault="002C6B12"/>
        </w:tc>
        <w:tc>
          <w:tcPr>
            <w:tcW w:w="2606" w:type="dxa"/>
            <w:vAlign w:val="center"/>
          </w:tcPr>
          <w:p w14:paraId="1F9F23C2" w14:textId="77777777" w:rsidR="002C6B12" w:rsidRDefault="007825E1">
            <w:r>
              <w:rPr>
                <w:b/>
                <w:sz w:val="17"/>
              </w:rPr>
              <w:t>Třída:</w:t>
            </w:r>
          </w:p>
        </w:tc>
        <w:tc>
          <w:tcPr>
            <w:tcW w:w="2606" w:type="dxa"/>
            <w:vAlign w:val="center"/>
          </w:tcPr>
          <w:p w14:paraId="372B9FB8" w14:textId="77777777" w:rsidR="002C6B12" w:rsidRDefault="002C6B12"/>
        </w:tc>
      </w:tr>
      <w:tr w:rsidR="002C6B12" w14:paraId="54F8C3BE" w14:textId="77777777">
        <w:trPr>
          <w:trHeight w:val="425"/>
          <w:jc w:val="center"/>
        </w:trPr>
        <w:tc>
          <w:tcPr>
            <w:tcW w:w="2606" w:type="dxa"/>
            <w:vAlign w:val="center"/>
          </w:tcPr>
          <w:p w14:paraId="1FE5B9B9" w14:textId="77777777" w:rsidR="002C6B12" w:rsidRDefault="007825E1">
            <w:r>
              <w:rPr>
                <w:b/>
                <w:sz w:val="17"/>
              </w:rPr>
              <w:t xml:space="preserve">Datum </w:t>
            </w:r>
            <w:r>
              <w:rPr>
                <w:b/>
                <w:sz w:val="17"/>
              </w:rPr>
              <w:t>narození:</w:t>
            </w:r>
          </w:p>
        </w:tc>
        <w:tc>
          <w:tcPr>
            <w:tcW w:w="2606" w:type="dxa"/>
            <w:vAlign w:val="center"/>
          </w:tcPr>
          <w:p w14:paraId="4B12AA73" w14:textId="77777777" w:rsidR="002C6B12" w:rsidRDefault="002C6B12"/>
        </w:tc>
        <w:tc>
          <w:tcPr>
            <w:tcW w:w="2606" w:type="dxa"/>
            <w:vAlign w:val="center"/>
          </w:tcPr>
          <w:p w14:paraId="2621D91E" w14:textId="77777777" w:rsidR="002C6B12" w:rsidRDefault="007825E1">
            <w:r>
              <w:rPr>
                <w:b/>
                <w:sz w:val="17"/>
              </w:rPr>
              <w:t>Zdravotní pojišťovna:</w:t>
            </w:r>
          </w:p>
        </w:tc>
        <w:tc>
          <w:tcPr>
            <w:tcW w:w="2606" w:type="dxa"/>
            <w:vAlign w:val="center"/>
          </w:tcPr>
          <w:p w14:paraId="7B93177B" w14:textId="77777777" w:rsidR="002C6B12" w:rsidRDefault="002C6B12"/>
        </w:tc>
      </w:tr>
      <w:tr w:rsidR="002C6B12" w14:paraId="6D1DD911" w14:textId="77777777">
        <w:trPr>
          <w:trHeight w:val="425"/>
          <w:jc w:val="center"/>
        </w:trPr>
        <w:tc>
          <w:tcPr>
            <w:tcW w:w="10424" w:type="dxa"/>
            <w:gridSpan w:val="4"/>
            <w:vAlign w:val="center"/>
          </w:tcPr>
          <w:p w14:paraId="667A25D0" w14:textId="77777777" w:rsidR="002C6B12" w:rsidRDefault="007825E1">
            <w:r>
              <w:rPr>
                <w:b/>
                <w:sz w:val="17"/>
              </w:rPr>
              <w:t>Bydliště:</w:t>
            </w:r>
          </w:p>
          <w:p w14:paraId="46B03E4C" w14:textId="77777777" w:rsidR="002C6B12" w:rsidRDefault="002C6B12"/>
          <w:p w14:paraId="7252CA0A" w14:textId="77777777" w:rsidR="002C6B12" w:rsidRDefault="002C6B12"/>
        </w:tc>
      </w:tr>
      <w:tr w:rsidR="002C6B12" w14:paraId="23249B03" w14:textId="77777777">
        <w:trPr>
          <w:trHeight w:val="567"/>
          <w:jc w:val="center"/>
        </w:trPr>
        <w:tc>
          <w:tcPr>
            <w:tcW w:w="10424" w:type="dxa"/>
            <w:gridSpan w:val="4"/>
            <w:vAlign w:val="center"/>
          </w:tcPr>
          <w:p w14:paraId="2D1D4FB2" w14:textId="77777777" w:rsidR="002C6B12" w:rsidRDefault="007825E1">
            <w:r>
              <w:rPr>
                <w:b/>
                <w:sz w:val="17"/>
              </w:rPr>
              <w:t>Upozornění na zdravotní obtíže / omezení důležitá pro pobyt v ŠD:</w:t>
            </w:r>
          </w:p>
          <w:p w14:paraId="58873681" w14:textId="77777777" w:rsidR="002C6B12" w:rsidRDefault="002C6B12"/>
          <w:p w14:paraId="7BA34B3B" w14:textId="77777777" w:rsidR="007825E1" w:rsidRDefault="007825E1"/>
          <w:p w14:paraId="5EB36488" w14:textId="77777777" w:rsidR="002C6B12" w:rsidRDefault="002C6B12"/>
        </w:tc>
      </w:tr>
    </w:tbl>
    <w:p w14:paraId="4E5B8141" w14:textId="77777777" w:rsidR="002C6B12" w:rsidRDefault="007825E1">
      <w:pPr>
        <w:spacing w:after="40"/>
      </w:pPr>
      <w:r>
        <w:rPr>
          <w:b/>
          <w:sz w:val="21"/>
        </w:rPr>
        <w:t>ÚDAJE O ZÁKONNÝCH ZÁSTUPCÍCH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472"/>
        <w:gridCol w:w="3472"/>
        <w:gridCol w:w="3472"/>
      </w:tblGrid>
      <w:tr w:rsidR="002C6B12" w14:paraId="01EFDEA5" w14:textId="77777777">
        <w:trPr>
          <w:trHeight w:val="386"/>
          <w:jc w:val="center"/>
        </w:trPr>
        <w:tc>
          <w:tcPr>
            <w:tcW w:w="3475" w:type="dxa"/>
            <w:vAlign w:val="center"/>
          </w:tcPr>
          <w:p w14:paraId="277A792D" w14:textId="77777777" w:rsidR="002C6B12" w:rsidRDefault="002C6B12">
            <w:pPr>
              <w:jc w:val="center"/>
            </w:pPr>
          </w:p>
        </w:tc>
        <w:tc>
          <w:tcPr>
            <w:tcW w:w="3475" w:type="dxa"/>
            <w:vAlign w:val="center"/>
          </w:tcPr>
          <w:p w14:paraId="20876FAB" w14:textId="77777777" w:rsidR="002C6B12" w:rsidRDefault="007825E1">
            <w:pPr>
              <w:jc w:val="center"/>
            </w:pPr>
            <w:r>
              <w:rPr>
                <w:b/>
                <w:sz w:val="17"/>
              </w:rPr>
              <w:t>Zákonný zástupce 1</w:t>
            </w:r>
          </w:p>
        </w:tc>
        <w:tc>
          <w:tcPr>
            <w:tcW w:w="3475" w:type="dxa"/>
            <w:vAlign w:val="center"/>
          </w:tcPr>
          <w:p w14:paraId="06D3AF11" w14:textId="77777777" w:rsidR="002C6B12" w:rsidRDefault="007825E1">
            <w:pPr>
              <w:jc w:val="center"/>
            </w:pPr>
            <w:r>
              <w:rPr>
                <w:b/>
                <w:sz w:val="17"/>
              </w:rPr>
              <w:t>Zákonný zástupce 2</w:t>
            </w:r>
          </w:p>
        </w:tc>
      </w:tr>
      <w:tr w:rsidR="002C6B12" w14:paraId="2B398D60" w14:textId="77777777">
        <w:trPr>
          <w:trHeight w:val="386"/>
          <w:jc w:val="center"/>
        </w:trPr>
        <w:tc>
          <w:tcPr>
            <w:tcW w:w="3475" w:type="dxa"/>
            <w:vAlign w:val="center"/>
          </w:tcPr>
          <w:p w14:paraId="6A3D0DA5" w14:textId="77777777" w:rsidR="002C6B12" w:rsidRDefault="007825E1">
            <w:r>
              <w:rPr>
                <w:b/>
                <w:sz w:val="17"/>
              </w:rPr>
              <w:t>Jméno a příjmení</w:t>
            </w:r>
          </w:p>
        </w:tc>
        <w:tc>
          <w:tcPr>
            <w:tcW w:w="3475" w:type="dxa"/>
            <w:vAlign w:val="center"/>
          </w:tcPr>
          <w:p w14:paraId="43416B81" w14:textId="77777777" w:rsidR="002C6B12" w:rsidRDefault="002C6B12"/>
        </w:tc>
        <w:tc>
          <w:tcPr>
            <w:tcW w:w="3475" w:type="dxa"/>
            <w:vAlign w:val="center"/>
          </w:tcPr>
          <w:p w14:paraId="3FC6084F" w14:textId="77777777" w:rsidR="002C6B12" w:rsidRDefault="002C6B12"/>
        </w:tc>
      </w:tr>
      <w:tr w:rsidR="002C6B12" w14:paraId="015C0363" w14:textId="77777777">
        <w:trPr>
          <w:trHeight w:val="386"/>
          <w:jc w:val="center"/>
        </w:trPr>
        <w:tc>
          <w:tcPr>
            <w:tcW w:w="3475" w:type="dxa"/>
            <w:vAlign w:val="center"/>
          </w:tcPr>
          <w:p w14:paraId="59F16B13" w14:textId="77777777" w:rsidR="002C6B12" w:rsidRDefault="007825E1">
            <w:r>
              <w:rPr>
                <w:b/>
                <w:sz w:val="17"/>
              </w:rPr>
              <w:t>Telefon</w:t>
            </w:r>
          </w:p>
        </w:tc>
        <w:tc>
          <w:tcPr>
            <w:tcW w:w="3475" w:type="dxa"/>
            <w:vAlign w:val="center"/>
          </w:tcPr>
          <w:p w14:paraId="1DA59185" w14:textId="77777777" w:rsidR="002C6B12" w:rsidRDefault="002C6B12"/>
        </w:tc>
        <w:tc>
          <w:tcPr>
            <w:tcW w:w="3475" w:type="dxa"/>
            <w:vAlign w:val="center"/>
          </w:tcPr>
          <w:p w14:paraId="73CC5815" w14:textId="77777777" w:rsidR="002C6B12" w:rsidRDefault="002C6B12"/>
        </w:tc>
      </w:tr>
      <w:tr w:rsidR="002C6B12" w14:paraId="4E30CFF4" w14:textId="77777777">
        <w:trPr>
          <w:trHeight w:val="386"/>
          <w:jc w:val="center"/>
        </w:trPr>
        <w:tc>
          <w:tcPr>
            <w:tcW w:w="3475" w:type="dxa"/>
            <w:vAlign w:val="center"/>
          </w:tcPr>
          <w:p w14:paraId="41FA93DA" w14:textId="77777777" w:rsidR="002C6B12" w:rsidRDefault="007825E1">
            <w:r>
              <w:rPr>
                <w:b/>
                <w:sz w:val="17"/>
              </w:rPr>
              <w:t>E-mail</w:t>
            </w:r>
          </w:p>
        </w:tc>
        <w:tc>
          <w:tcPr>
            <w:tcW w:w="3475" w:type="dxa"/>
            <w:vAlign w:val="center"/>
          </w:tcPr>
          <w:p w14:paraId="4506F673" w14:textId="77777777" w:rsidR="002C6B12" w:rsidRDefault="002C6B12"/>
        </w:tc>
        <w:tc>
          <w:tcPr>
            <w:tcW w:w="3475" w:type="dxa"/>
            <w:vAlign w:val="center"/>
          </w:tcPr>
          <w:p w14:paraId="3729806E" w14:textId="77777777" w:rsidR="002C6B12" w:rsidRDefault="002C6B12"/>
        </w:tc>
      </w:tr>
      <w:tr w:rsidR="002C6B12" w14:paraId="6F56B747" w14:textId="77777777">
        <w:trPr>
          <w:trHeight w:val="386"/>
          <w:jc w:val="center"/>
        </w:trPr>
        <w:tc>
          <w:tcPr>
            <w:tcW w:w="3475" w:type="dxa"/>
            <w:vAlign w:val="center"/>
          </w:tcPr>
          <w:p w14:paraId="41A6B53B" w14:textId="77777777" w:rsidR="002C6B12" w:rsidRDefault="007825E1">
            <w:r>
              <w:rPr>
                <w:b/>
                <w:sz w:val="17"/>
              </w:rPr>
              <w:t xml:space="preserve">Adresa (je-li </w:t>
            </w:r>
            <w:r>
              <w:rPr>
                <w:b/>
                <w:sz w:val="17"/>
              </w:rPr>
              <w:t>odlišná)</w:t>
            </w:r>
          </w:p>
        </w:tc>
        <w:tc>
          <w:tcPr>
            <w:tcW w:w="3475" w:type="dxa"/>
            <w:vAlign w:val="center"/>
          </w:tcPr>
          <w:p w14:paraId="3383805C" w14:textId="77777777" w:rsidR="002C6B12" w:rsidRDefault="002C6B12"/>
        </w:tc>
        <w:tc>
          <w:tcPr>
            <w:tcW w:w="3475" w:type="dxa"/>
            <w:vAlign w:val="center"/>
          </w:tcPr>
          <w:p w14:paraId="56E020CA" w14:textId="77777777" w:rsidR="002C6B12" w:rsidRDefault="002C6B12"/>
        </w:tc>
      </w:tr>
    </w:tbl>
    <w:p w14:paraId="6CC20D16" w14:textId="77777777" w:rsidR="002C6B12" w:rsidRDefault="007825E1">
      <w:pPr>
        <w:spacing w:after="40"/>
      </w:pPr>
      <w:r>
        <w:rPr>
          <w:b/>
          <w:sz w:val="21"/>
        </w:rPr>
        <w:t>PRAVIDELNÝ ROZSAH DOCHÁZKY A ODCHODŮ</w:t>
      </w:r>
    </w:p>
    <w:p w14:paraId="6B7CED37" w14:textId="1589A079" w:rsidR="002C6B12" w:rsidRDefault="007825E1">
      <w:pPr>
        <w:spacing w:after="40"/>
      </w:pPr>
      <w:r>
        <w:rPr>
          <w:sz w:val="17"/>
        </w:rPr>
        <w:t>Uveďte pravidelný čas odchodu účastníka, případné změny a zvolte způsob odchodu „sám“ nebo „s doprovodem“. Do sloupců „</w:t>
      </w:r>
      <w:proofErr w:type="spellStart"/>
      <w:r>
        <w:rPr>
          <w:sz w:val="17"/>
        </w:rPr>
        <w:t>Změna</w:t>
      </w:r>
      <w:proofErr w:type="spellEnd"/>
      <w:r>
        <w:rPr>
          <w:sz w:val="17"/>
        </w:rPr>
        <w:t xml:space="preserve"> </w:t>
      </w:r>
      <w:proofErr w:type="gramStart"/>
      <w:r>
        <w:rPr>
          <w:sz w:val="17"/>
        </w:rPr>
        <w:t xml:space="preserve">od“ </w:t>
      </w:r>
      <w:proofErr w:type="spellStart"/>
      <w:r>
        <w:rPr>
          <w:sz w:val="17"/>
        </w:rPr>
        <w:t>lze</w:t>
      </w:r>
      <w:proofErr w:type="spellEnd"/>
      <w:proofErr w:type="gramEnd"/>
      <w:r>
        <w:rPr>
          <w:sz w:val="17"/>
        </w:rPr>
        <w:t xml:space="preserve"> v </w:t>
      </w:r>
      <w:proofErr w:type="spellStart"/>
      <w:r>
        <w:rPr>
          <w:sz w:val="17"/>
        </w:rPr>
        <w:t>případě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změny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uvést</w:t>
      </w:r>
      <w:proofErr w:type="spellEnd"/>
      <w:r>
        <w:rPr>
          <w:sz w:val="17"/>
        </w:rPr>
        <w:t xml:space="preserve"> datum, od </w:t>
      </w:r>
      <w:proofErr w:type="spellStart"/>
      <w:r>
        <w:rPr>
          <w:sz w:val="17"/>
        </w:rPr>
        <w:t>kterého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změna</w:t>
      </w:r>
      <w:proofErr w:type="spellEnd"/>
      <w:r>
        <w:rPr>
          <w:sz w:val="17"/>
        </w:rPr>
        <w:t xml:space="preserve"> platí.</w:t>
      </w:r>
    </w:p>
    <w:tbl>
      <w:tblPr>
        <w:tblStyle w:val="Mkatabulky"/>
        <w:tblW w:w="10426" w:type="dxa"/>
        <w:jc w:val="center"/>
        <w:tblLayout w:type="fixed"/>
        <w:tblLook w:val="04A0" w:firstRow="1" w:lastRow="0" w:firstColumn="1" w:lastColumn="0" w:noHBand="0" w:noVBand="1"/>
      </w:tblPr>
      <w:tblGrid>
        <w:gridCol w:w="1475"/>
        <w:gridCol w:w="2494"/>
        <w:gridCol w:w="1899"/>
        <w:gridCol w:w="1899"/>
        <w:gridCol w:w="2659"/>
      </w:tblGrid>
      <w:tr w:rsidR="002C6B12" w14:paraId="3F5212FA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32A54A4C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Den</w:t>
            </w:r>
          </w:p>
        </w:tc>
        <w:tc>
          <w:tcPr>
            <w:tcW w:w="2494" w:type="dxa"/>
            <w:vAlign w:val="center"/>
          </w:tcPr>
          <w:p w14:paraId="0A200E12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Čas odchodu účastníka</w:t>
            </w:r>
          </w:p>
        </w:tc>
        <w:tc>
          <w:tcPr>
            <w:tcW w:w="1899" w:type="dxa"/>
            <w:vAlign w:val="center"/>
          </w:tcPr>
          <w:p w14:paraId="0AC86E75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Změna od</w:t>
            </w:r>
          </w:p>
        </w:tc>
        <w:tc>
          <w:tcPr>
            <w:tcW w:w="1899" w:type="dxa"/>
            <w:vAlign w:val="center"/>
          </w:tcPr>
          <w:p w14:paraId="46422E88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Zm</w:t>
            </w:r>
            <w:r>
              <w:rPr>
                <w:b/>
                <w:sz w:val="16"/>
              </w:rPr>
              <w:t>ěna od</w:t>
            </w:r>
          </w:p>
        </w:tc>
        <w:tc>
          <w:tcPr>
            <w:tcW w:w="2659" w:type="dxa"/>
            <w:vAlign w:val="center"/>
          </w:tcPr>
          <w:p w14:paraId="740001CD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Způsob odchodu</w:t>
            </w:r>
          </w:p>
        </w:tc>
      </w:tr>
      <w:tr w:rsidR="002C6B12" w14:paraId="24CFF37D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4AAEE440" w14:textId="71ADF45F" w:rsidR="002C6B12" w:rsidRDefault="007825E1">
            <w:r>
              <w:rPr>
                <w:b/>
                <w:sz w:val="16"/>
              </w:rPr>
              <w:t>PONDĚLÍ</w:t>
            </w:r>
          </w:p>
        </w:tc>
        <w:tc>
          <w:tcPr>
            <w:tcW w:w="2494" w:type="dxa"/>
            <w:vAlign w:val="center"/>
          </w:tcPr>
          <w:p w14:paraId="32774684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24D8F292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31DEA2DB" w14:textId="77777777" w:rsidR="002C6B12" w:rsidRDefault="002C6B12">
            <w:pPr>
              <w:jc w:val="center"/>
            </w:pPr>
          </w:p>
        </w:tc>
        <w:tc>
          <w:tcPr>
            <w:tcW w:w="2659" w:type="dxa"/>
            <w:vAlign w:val="center"/>
          </w:tcPr>
          <w:p w14:paraId="451A80E7" w14:textId="77777777" w:rsidR="002C6B12" w:rsidRDefault="007825E1">
            <w:pPr>
              <w:jc w:val="center"/>
            </w:pPr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sám   ☐ s doprovodem</w:t>
            </w:r>
          </w:p>
        </w:tc>
      </w:tr>
      <w:tr w:rsidR="002C6B12" w14:paraId="259B1164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58BCC685" w14:textId="47B81E0F" w:rsidR="002C6B12" w:rsidRDefault="007825E1">
            <w:r>
              <w:rPr>
                <w:b/>
                <w:sz w:val="16"/>
              </w:rPr>
              <w:t>ÚTERÝ</w:t>
            </w:r>
          </w:p>
        </w:tc>
        <w:tc>
          <w:tcPr>
            <w:tcW w:w="2494" w:type="dxa"/>
            <w:vAlign w:val="center"/>
          </w:tcPr>
          <w:p w14:paraId="5D18BA6D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18B4C6D6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6A3CAE0C" w14:textId="77777777" w:rsidR="002C6B12" w:rsidRDefault="002C6B12">
            <w:pPr>
              <w:jc w:val="center"/>
            </w:pPr>
          </w:p>
        </w:tc>
        <w:tc>
          <w:tcPr>
            <w:tcW w:w="2659" w:type="dxa"/>
            <w:vAlign w:val="center"/>
          </w:tcPr>
          <w:p w14:paraId="34EDE5F1" w14:textId="77777777" w:rsidR="002C6B12" w:rsidRDefault="007825E1">
            <w:pPr>
              <w:jc w:val="center"/>
            </w:pPr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sám   ☐ s doprovodem</w:t>
            </w:r>
          </w:p>
        </w:tc>
      </w:tr>
      <w:tr w:rsidR="002C6B12" w14:paraId="7ADCCAAA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48F6DDB4" w14:textId="2EE1076E" w:rsidR="002C6B12" w:rsidRDefault="007825E1">
            <w:r>
              <w:rPr>
                <w:b/>
                <w:sz w:val="16"/>
              </w:rPr>
              <w:t>STŘEDA</w:t>
            </w:r>
          </w:p>
        </w:tc>
        <w:tc>
          <w:tcPr>
            <w:tcW w:w="2494" w:type="dxa"/>
            <w:vAlign w:val="center"/>
          </w:tcPr>
          <w:p w14:paraId="41A41AF5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4FAAF74E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6CDE3E0E" w14:textId="77777777" w:rsidR="002C6B12" w:rsidRDefault="002C6B12">
            <w:pPr>
              <w:jc w:val="center"/>
            </w:pPr>
          </w:p>
        </w:tc>
        <w:tc>
          <w:tcPr>
            <w:tcW w:w="2659" w:type="dxa"/>
            <w:vAlign w:val="center"/>
          </w:tcPr>
          <w:p w14:paraId="24FF8D4F" w14:textId="77777777" w:rsidR="002C6B12" w:rsidRDefault="007825E1">
            <w:pPr>
              <w:jc w:val="center"/>
            </w:pPr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sám   ☐ s doprovodem</w:t>
            </w:r>
          </w:p>
        </w:tc>
      </w:tr>
      <w:tr w:rsidR="002C6B12" w14:paraId="6DB745B1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0357DA17" w14:textId="657E6BCD" w:rsidR="002C6B12" w:rsidRDefault="007825E1">
            <w:r>
              <w:rPr>
                <w:b/>
                <w:sz w:val="16"/>
              </w:rPr>
              <w:t>ČTVRTEK</w:t>
            </w:r>
          </w:p>
        </w:tc>
        <w:tc>
          <w:tcPr>
            <w:tcW w:w="2494" w:type="dxa"/>
            <w:vAlign w:val="center"/>
          </w:tcPr>
          <w:p w14:paraId="5C56616C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78E4477E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6897B61D" w14:textId="77777777" w:rsidR="002C6B12" w:rsidRDefault="002C6B12">
            <w:pPr>
              <w:jc w:val="center"/>
            </w:pPr>
          </w:p>
        </w:tc>
        <w:tc>
          <w:tcPr>
            <w:tcW w:w="2659" w:type="dxa"/>
            <w:vAlign w:val="center"/>
          </w:tcPr>
          <w:p w14:paraId="1F3274CB" w14:textId="77777777" w:rsidR="002C6B12" w:rsidRDefault="007825E1">
            <w:pPr>
              <w:jc w:val="center"/>
            </w:pPr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sám   ☐ s doprovodem</w:t>
            </w:r>
          </w:p>
        </w:tc>
      </w:tr>
      <w:tr w:rsidR="002C6B12" w14:paraId="06418548" w14:textId="77777777">
        <w:trPr>
          <w:trHeight w:val="397"/>
          <w:jc w:val="center"/>
        </w:trPr>
        <w:tc>
          <w:tcPr>
            <w:tcW w:w="1474" w:type="dxa"/>
            <w:vAlign w:val="center"/>
          </w:tcPr>
          <w:p w14:paraId="2AF98F1D" w14:textId="678E1B83" w:rsidR="002C6B12" w:rsidRDefault="007825E1">
            <w:r>
              <w:rPr>
                <w:b/>
                <w:sz w:val="16"/>
              </w:rPr>
              <w:t>PÁTEK</w:t>
            </w:r>
          </w:p>
        </w:tc>
        <w:tc>
          <w:tcPr>
            <w:tcW w:w="2494" w:type="dxa"/>
            <w:vAlign w:val="center"/>
          </w:tcPr>
          <w:p w14:paraId="42F41018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281A4A47" w14:textId="77777777" w:rsidR="002C6B12" w:rsidRDefault="002C6B12">
            <w:pPr>
              <w:jc w:val="center"/>
            </w:pPr>
          </w:p>
        </w:tc>
        <w:tc>
          <w:tcPr>
            <w:tcW w:w="1899" w:type="dxa"/>
            <w:vAlign w:val="center"/>
          </w:tcPr>
          <w:p w14:paraId="13A04C4E" w14:textId="77777777" w:rsidR="002C6B12" w:rsidRDefault="002C6B12">
            <w:pPr>
              <w:jc w:val="center"/>
            </w:pPr>
          </w:p>
        </w:tc>
        <w:tc>
          <w:tcPr>
            <w:tcW w:w="2659" w:type="dxa"/>
            <w:vAlign w:val="center"/>
          </w:tcPr>
          <w:p w14:paraId="079BFCE5" w14:textId="77777777" w:rsidR="002C6B12" w:rsidRDefault="007825E1">
            <w:pPr>
              <w:jc w:val="center"/>
            </w:pPr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sám   ☐ s doprovodem</w:t>
            </w:r>
          </w:p>
        </w:tc>
      </w:tr>
    </w:tbl>
    <w:p w14:paraId="1AA2D574" w14:textId="77777777" w:rsidR="002C6B12" w:rsidRDefault="007825E1">
      <w:pPr>
        <w:spacing w:after="40"/>
      </w:pPr>
      <w:r>
        <w:rPr>
          <w:b/>
          <w:sz w:val="21"/>
        </w:rPr>
        <w:t>OSOBY OPRÁVNĚNÉ K VYZVEDÁVÁNÍ DÍTĚTE</w:t>
      </w:r>
    </w:p>
    <w:p w14:paraId="73E382C0" w14:textId="77777777" w:rsidR="002C6B12" w:rsidRDefault="007825E1">
      <w:pPr>
        <w:spacing w:after="20"/>
      </w:pPr>
      <w:r>
        <w:rPr>
          <w:sz w:val="17"/>
        </w:rPr>
        <w:t xml:space="preserve">Kromě zákonných </w:t>
      </w:r>
      <w:r>
        <w:rPr>
          <w:sz w:val="17"/>
        </w:rPr>
        <w:t>zástupců mohou dítě vyzvedávat tyto osoby: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208"/>
        <w:gridCol w:w="5208"/>
      </w:tblGrid>
      <w:tr w:rsidR="002C6B12" w14:paraId="10CEBD9D" w14:textId="77777777">
        <w:trPr>
          <w:trHeight w:val="329"/>
          <w:jc w:val="center"/>
        </w:trPr>
        <w:tc>
          <w:tcPr>
            <w:tcW w:w="5213" w:type="dxa"/>
            <w:vAlign w:val="center"/>
          </w:tcPr>
          <w:p w14:paraId="7A1C081E" w14:textId="77777777" w:rsidR="002C6B12" w:rsidRDefault="007825E1">
            <w:pPr>
              <w:jc w:val="center"/>
            </w:pPr>
            <w:r>
              <w:rPr>
                <w:b/>
                <w:sz w:val="17"/>
              </w:rPr>
              <w:t>Jméno a příjmení</w:t>
            </w:r>
          </w:p>
        </w:tc>
        <w:tc>
          <w:tcPr>
            <w:tcW w:w="5213" w:type="dxa"/>
            <w:vAlign w:val="center"/>
          </w:tcPr>
          <w:p w14:paraId="20705738" w14:textId="77777777" w:rsidR="002C6B12" w:rsidRDefault="007825E1">
            <w:pPr>
              <w:jc w:val="center"/>
            </w:pPr>
            <w:r>
              <w:rPr>
                <w:b/>
                <w:sz w:val="17"/>
              </w:rPr>
              <w:t>Vztah k dítěti</w:t>
            </w:r>
          </w:p>
        </w:tc>
      </w:tr>
      <w:tr w:rsidR="002C6B12" w14:paraId="3BEDE6E7" w14:textId="77777777">
        <w:trPr>
          <w:trHeight w:val="329"/>
          <w:jc w:val="center"/>
        </w:trPr>
        <w:tc>
          <w:tcPr>
            <w:tcW w:w="5213" w:type="dxa"/>
            <w:vAlign w:val="center"/>
          </w:tcPr>
          <w:p w14:paraId="664CE156" w14:textId="77777777" w:rsidR="002C6B12" w:rsidRDefault="002C6B12"/>
        </w:tc>
        <w:tc>
          <w:tcPr>
            <w:tcW w:w="5213" w:type="dxa"/>
            <w:vAlign w:val="center"/>
          </w:tcPr>
          <w:p w14:paraId="2E6D8E03" w14:textId="77777777" w:rsidR="002C6B12" w:rsidRDefault="002C6B12"/>
        </w:tc>
      </w:tr>
      <w:tr w:rsidR="002C6B12" w14:paraId="3C1334FF" w14:textId="77777777">
        <w:trPr>
          <w:trHeight w:val="329"/>
          <w:jc w:val="center"/>
        </w:trPr>
        <w:tc>
          <w:tcPr>
            <w:tcW w:w="5213" w:type="dxa"/>
            <w:vAlign w:val="center"/>
          </w:tcPr>
          <w:p w14:paraId="30BFEF48" w14:textId="77777777" w:rsidR="002C6B12" w:rsidRDefault="002C6B12"/>
        </w:tc>
        <w:tc>
          <w:tcPr>
            <w:tcW w:w="5213" w:type="dxa"/>
            <w:vAlign w:val="center"/>
          </w:tcPr>
          <w:p w14:paraId="4E4B5BF2" w14:textId="77777777" w:rsidR="002C6B12" w:rsidRDefault="002C6B12"/>
        </w:tc>
      </w:tr>
      <w:tr w:rsidR="002C6B12" w14:paraId="576159AC" w14:textId="77777777">
        <w:trPr>
          <w:trHeight w:val="329"/>
          <w:jc w:val="center"/>
        </w:trPr>
        <w:tc>
          <w:tcPr>
            <w:tcW w:w="5213" w:type="dxa"/>
            <w:vAlign w:val="center"/>
          </w:tcPr>
          <w:p w14:paraId="47E4EB8F" w14:textId="77777777" w:rsidR="002C6B12" w:rsidRDefault="002C6B12"/>
        </w:tc>
        <w:tc>
          <w:tcPr>
            <w:tcW w:w="5213" w:type="dxa"/>
            <w:vAlign w:val="center"/>
          </w:tcPr>
          <w:p w14:paraId="342DAD62" w14:textId="77777777" w:rsidR="002C6B12" w:rsidRDefault="002C6B12"/>
        </w:tc>
      </w:tr>
    </w:tbl>
    <w:p w14:paraId="4CBA09DA" w14:textId="77777777" w:rsidR="002C6B12" w:rsidRDefault="007825E1">
      <w:pPr>
        <w:spacing w:after="40"/>
      </w:pPr>
      <w:r>
        <w:rPr>
          <w:b/>
          <w:sz w:val="21"/>
        </w:rPr>
        <w:t>PROHLÁŠENÍ ZÁKONNÉHO ZÁSTUPCE</w:t>
      </w:r>
    </w:p>
    <w:p w14:paraId="1818DF64" w14:textId="77777777" w:rsidR="002C6B12" w:rsidRDefault="007825E1">
      <w:pPr>
        <w:spacing w:after="60"/>
      </w:pPr>
      <w:r>
        <w:rPr>
          <w:sz w:val="17"/>
        </w:rPr>
        <w:t xml:space="preserve">Potvrzuji správnost uvedených údajů. Beru na vědomí, že změny v docházce a odchodech dítěte ze školní družiny je nutné škole oznámit </w:t>
      </w:r>
      <w:r>
        <w:rPr>
          <w:sz w:val="17"/>
        </w:rPr>
        <w:t>způsobem stanoveným vnitřním řádem školní družiny. Zavazuji se bez zbytečného odkladu oznámit změny kontaktních a dalších údajů uvedených v tomto zápisním lístku.</w:t>
      </w:r>
    </w:p>
    <w:p w14:paraId="0D3EC816" w14:textId="77777777" w:rsidR="002C6B12" w:rsidRDefault="007825E1">
      <w:pPr>
        <w:spacing w:after="80"/>
      </w:pPr>
      <w:r>
        <w:rPr>
          <w:sz w:val="18"/>
        </w:rPr>
        <w:t>V __________________ dne ________________          Podpis zákonného zástupce: _______________</w:t>
      </w:r>
      <w:r>
        <w:rPr>
          <w:sz w:val="18"/>
        </w:rPr>
        <w:t>_______________</w:t>
      </w:r>
    </w:p>
    <w:p w14:paraId="3C8EB5C8" w14:textId="77777777" w:rsidR="002C6B12" w:rsidRDefault="007825E1">
      <w:pPr>
        <w:spacing w:after="40"/>
      </w:pPr>
      <w:r>
        <w:rPr>
          <w:b/>
          <w:sz w:val="20"/>
        </w:rPr>
        <w:t>VYPLNÍ ŠKOLA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604"/>
        <w:gridCol w:w="2604"/>
        <w:gridCol w:w="2604"/>
        <w:gridCol w:w="2604"/>
      </w:tblGrid>
      <w:tr w:rsidR="002C6B12" w14:paraId="00450A3C" w14:textId="77777777">
        <w:trPr>
          <w:trHeight w:val="351"/>
          <w:jc w:val="center"/>
        </w:trPr>
        <w:tc>
          <w:tcPr>
            <w:tcW w:w="2606" w:type="dxa"/>
            <w:vAlign w:val="center"/>
          </w:tcPr>
          <w:p w14:paraId="49E07F90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Oddělení ŠD</w:t>
            </w:r>
          </w:p>
        </w:tc>
        <w:tc>
          <w:tcPr>
            <w:tcW w:w="2606" w:type="dxa"/>
            <w:vAlign w:val="center"/>
          </w:tcPr>
          <w:p w14:paraId="448AA336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Datum zahájení docházky</w:t>
            </w:r>
          </w:p>
        </w:tc>
        <w:tc>
          <w:tcPr>
            <w:tcW w:w="2606" w:type="dxa"/>
            <w:vAlign w:val="center"/>
          </w:tcPr>
          <w:p w14:paraId="15A417AD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Datum ukončení docházky</w:t>
            </w:r>
          </w:p>
        </w:tc>
        <w:tc>
          <w:tcPr>
            <w:tcW w:w="2606" w:type="dxa"/>
            <w:vAlign w:val="center"/>
          </w:tcPr>
          <w:p w14:paraId="532CFF25" w14:textId="77777777" w:rsidR="002C6B12" w:rsidRDefault="007825E1">
            <w:pPr>
              <w:jc w:val="center"/>
            </w:pPr>
            <w:r>
              <w:rPr>
                <w:b/>
                <w:sz w:val="16"/>
              </w:rPr>
              <w:t>Poznámka</w:t>
            </w:r>
          </w:p>
        </w:tc>
      </w:tr>
      <w:tr w:rsidR="002C6B12" w14:paraId="35C22021" w14:textId="77777777">
        <w:trPr>
          <w:trHeight w:val="351"/>
          <w:jc w:val="center"/>
        </w:trPr>
        <w:tc>
          <w:tcPr>
            <w:tcW w:w="2606" w:type="dxa"/>
            <w:vAlign w:val="center"/>
          </w:tcPr>
          <w:p w14:paraId="73A64076" w14:textId="77777777" w:rsidR="002C6B12" w:rsidRDefault="002C6B12"/>
        </w:tc>
        <w:tc>
          <w:tcPr>
            <w:tcW w:w="2606" w:type="dxa"/>
            <w:vAlign w:val="center"/>
          </w:tcPr>
          <w:p w14:paraId="4C03F690" w14:textId="77777777" w:rsidR="002C6B12" w:rsidRDefault="002C6B12"/>
        </w:tc>
        <w:tc>
          <w:tcPr>
            <w:tcW w:w="2606" w:type="dxa"/>
            <w:vAlign w:val="center"/>
          </w:tcPr>
          <w:p w14:paraId="4F16D8BD" w14:textId="77777777" w:rsidR="002C6B12" w:rsidRDefault="002C6B12"/>
        </w:tc>
        <w:tc>
          <w:tcPr>
            <w:tcW w:w="2606" w:type="dxa"/>
            <w:vAlign w:val="center"/>
          </w:tcPr>
          <w:p w14:paraId="3A85B01D" w14:textId="77777777" w:rsidR="002C6B12" w:rsidRDefault="002C6B12"/>
        </w:tc>
      </w:tr>
    </w:tbl>
    <w:p w14:paraId="7357526C" w14:textId="77777777" w:rsidR="002C6B12" w:rsidRDefault="007825E1">
      <w:pPr>
        <w:widowControl w:val="0"/>
        <w:spacing w:after="0"/>
      </w:pPr>
      <w:r>
        <w:rPr>
          <w:sz w:val="14"/>
        </w:rPr>
        <w:t>Pozn.: Přijetí do školní družiny a evidence docházky se řídí vnitřním řádem školní družiny a platnými právními předpisy.</w:t>
      </w:r>
    </w:p>
    <w:sectPr w:rsidR="002C6B12" w:rsidSect="00034616">
      <w:pgSz w:w="12240" w:h="15840"/>
      <w:pgMar w:top="765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6B12"/>
    <w:rsid w:val="00326F90"/>
    <w:rsid w:val="007825E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18179"/>
  <w14:defaultImageDpi w14:val="300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Mikulincová Radka</cp:lastModifiedBy>
  <cp:revision>2</cp:revision>
  <dcterms:created xsi:type="dcterms:W3CDTF">2026-08-12T07:52:00Z</dcterms:created>
  <dcterms:modified xsi:type="dcterms:W3CDTF">2026-08-12T07:52:00Z</dcterms:modified>
  <cp:category/>
</cp:coreProperties>
</file>